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572C" w14:textId="77777777" w:rsidR="00475813" w:rsidRPr="00446ACA" w:rsidRDefault="00000000">
      <w:pPr>
        <w:jc w:val="center"/>
        <w:rPr>
          <w:lang w:val="ru-RU"/>
        </w:rPr>
      </w:pPr>
      <w:r w:rsidRPr="00446ACA">
        <w:rPr>
          <w:b/>
          <w:sz w:val="30"/>
          <w:lang w:val="ru-RU"/>
        </w:rPr>
        <w:t>ЗАЯВКА НА ПОКУПКУ</w:t>
      </w:r>
    </w:p>
    <w:p w14:paraId="2FF0E8EF" w14:textId="77777777" w:rsidR="00475813" w:rsidRPr="00446ACA" w:rsidRDefault="00000000">
      <w:pPr>
        <w:spacing w:before="120"/>
        <w:jc w:val="center"/>
        <w:rPr>
          <w:lang w:val="ru-RU"/>
        </w:rPr>
      </w:pPr>
      <w:r w:rsidRPr="00446ACA">
        <w:rPr>
          <w:lang w:val="ru-RU"/>
        </w:rPr>
        <w:t>№ ________     от «____» ______________ 20___ г.</w:t>
      </w:r>
    </w:p>
    <w:p w14:paraId="4824EA46" w14:textId="77777777" w:rsidR="00475813" w:rsidRDefault="00000000">
      <w:pPr>
        <w:spacing w:before="180" w:after="60"/>
      </w:pPr>
      <w:r>
        <w:rPr>
          <w:b/>
          <w:sz w:val="24"/>
        </w:rPr>
        <w:t>1. Карточка предприятия (покупателя)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5953"/>
      </w:tblGrid>
      <w:tr w:rsidR="00475813" w14:paraId="63A6AEA4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4B3C5AEB" w14:textId="77777777" w:rsidR="00475813" w:rsidRDefault="00000000">
            <w:r>
              <w:t>Полное наименование</w:t>
            </w:r>
          </w:p>
        </w:tc>
        <w:tc>
          <w:tcPr>
            <w:tcW w:w="5953" w:type="dxa"/>
          </w:tcPr>
          <w:p w14:paraId="6578BAE4" w14:textId="77777777" w:rsidR="00475813" w:rsidRDefault="00475813"/>
        </w:tc>
      </w:tr>
      <w:tr w:rsidR="00475813" w14:paraId="2649E05F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7DE15361" w14:textId="0FAC91C1" w:rsidR="00475813" w:rsidRDefault="00000000">
            <w:r>
              <w:t>ИНН</w:t>
            </w:r>
          </w:p>
        </w:tc>
        <w:tc>
          <w:tcPr>
            <w:tcW w:w="5953" w:type="dxa"/>
          </w:tcPr>
          <w:p w14:paraId="4848A760" w14:textId="77777777" w:rsidR="00475813" w:rsidRDefault="00475813"/>
        </w:tc>
      </w:tr>
      <w:tr w:rsidR="00475813" w:rsidRPr="00446ACA" w14:paraId="1F440661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7B3175D3" w14:textId="3572C998" w:rsidR="00475813" w:rsidRPr="00446ACA" w:rsidRDefault="00000000">
            <w:pPr>
              <w:rPr>
                <w:lang w:val="ru-RU"/>
              </w:rPr>
            </w:pPr>
            <w:r w:rsidRPr="00446ACA">
              <w:rPr>
                <w:lang w:val="ru-RU"/>
              </w:rPr>
              <w:t xml:space="preserve">КПП / ОГРН </w:t>
            </w:r>
          </w:p>
        </w:tc>
        <w:tc>
          <w:tcPr>
            <w:tcW w:w="5953" w:type="dxa"/>
          </w:tcPr>
          <w:p w14:paraId="33820D46" w14:textId="77777777" w:rsidR="00475813" w:rsidRPr="00446ACA" w:rsidRDefault="00475813">
            <w:pPr>
              <w:rPr>
                <w:lang w:val="ru-RU"/>
              </w:rPr>
            </w:pPr>
          </w:p>
        </w:tc>
      </w:tr>
      <w:tr w:rsidR="00475813" w14:paraId="10BD1A30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0FB589D0" w14:textId="77777777" w:rsidR="00475813" w:rsidRDefault="00000000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</w:p>
        </w:tc>
        <w:tc>
          <w:tcPr>
            <w:tcW w:w="5953" w:type="dxa"/>
          </w:tcPr>
          <w:p w14:paraId="4274AA7B" w14:textId="77777777" w:rsidR="00475813" w:rsidRDefault="00475813"/>
        </w:tc>
      </w:tr>
      <w:tr w:rsidR="00475813" w14:paraId="7FD69A98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41A24D53" w14:textId="77777777" w:rsidR="00475813" w:rsidRDefault="00000000">
            <w:r>
              <w:t>Фактический адрес</w:t>
            </w:r>
          </w:p>
        </w:tc>
        <w:tc>
          <w:tcPr>
            <w:tcW w:w="5953" w:type="dxa"/>
          </w:tcPr>
          <w:p w14:paraId="0A7D313D" w14:textId="77777777" w:rsidR="00475813" w:rsidRDefault="00475813"/>
        </w:tc>
      </w:tr>
      <w:tr w:rsidR="00475813" w14:paraId="2264CF9D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66F5A437" w14:textId="77777777" w:rsidR="00475813" w:rsidRDefault="00000000">
            <w:r>
              <w:t>Руководитель (ФИО, должность)</w:t>
            </w:r>
          </w:p>
        </w:tc>
        <w:tc>
          <w:tcPr>
            <w:tcW w:w="5953" w:type="dxa"/>
          </w:tcPr>
          <w:p w14:paraId="78A9BA81" w14:textId="77777777" w:rsidR="00475813" w:rsidRDefault="00475813"/>
        </w:tc>
      </w:tr>
      <w:tr w:rsidR="00475813" w14:paraId="0D5FF778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107D9154" w14:textId="77777777" w:rsidR="00475813" w:rsidRDefault="00000000">
            <w:r>
              <w:t>Действует на основании</w:t>
            </w:r>
          </w:p>
        </w:tc>
        <w:tc>
          <w:tcPr>
            <w:tcW w:w="5953" w:type="dxa"/>
          </w:tcPr>
          <w:p w14:paraId="3C3D0E72" w14:textId="77777777" w:rsidR="00475813" w:rsidRDefault="00475813"/>
        </w:tc>
      </w:tr>
      <w:tr w:rsidR="00475813" w14:paraId="1EE17890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35A57815" w14:textId="77777777" w:rsidR="00475813" w:rsidRDefault="00000000">
            <w:r>
              <w:t>Контактное лицо</w:t>
            </w:r>
          </w:p>
        </w:tc>
        <w:tc>
          <w:tcPr>
            <w:tcW w:w="5953" w:type="dxa"/>
          </w:tcPr>
          <w:p w14:paraId="27FC8E07" w14:textId="77777777" w:rsidR="00475813" w:rsidRDefault="00475813"/>
        </w:tc>
      </w:tr>
      <w:tr w:rsidR="00475813" w14:paraId="0E533F2D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4ADAF3DE" w14:textId="77777777" w:rsidR="00475813" w:rsidRDefault="00000000">
            <w:r>
              <w:t>Телефон</w:t>
            </w:r>
          </w:p>
        </w:tc>
        <w:tc>
          <w:tcPr>
            <w:tcW w:w="5953" w:type="dxa"/>
          </w:tcPr>
          <w:p w14:paraId="4CCA7765" w14:textId="77777777" w:rsidR="00475813" w:rsidRDefault="00475813"/>
        </w:tc>
      </w:tr>
      <w:tr w:rsidR="00475813" w14:paraId="16AF85F1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2AAB60E3" w14:textId="77777777" w:rsidR="00475813" w:rsidRDefault="00000000">
            <w:r>
              <w:t>E-mail</w:t>
            </w:r>
          </w:p>
        </w:tc>
        <w:tc>
          <w:tcPr>
            <w:tcW w:w="5953" w:type="dxa"/>
          </w:tcPr>
          <w:p w14:paraId="0BB0BF82" w14:textId="77777777" w:rsidR="00475813" w:rsidRDefault="00475813"/>
        </w:tc>
      </w:tr>
    </w:tbl>
    <w:p w14:paraId="1EB032FF" w14:textId="018C9960" w:rsidR="00475813" w:rsidRDefault="00000000">
      <w:pPr>
        <w:spacing w:before="180" w:after="60"/>
      </w:pPr>
      <w:r>
        <w:rPr>
          <w:b/>
          <w:sz w:val="24"/>
        </w:rPr>
        <w:t xml:space="preserve">2. </w:t>
      </w:r>
      <w:r w:rsidR="00446ACA">
        <w:rPr>
          <w:b/>
          <w:sz w:val="24"/>
          <w:lang w:val="ru-RU"/>
        </w:rPr>
        <w:t xml:space="preserve">Приобретаемый </w:t>
      </w:r>
      <w:proofErr w:type="spellStart"/>
      <w:r>
        <w:rPr>
          <w:b/>
          <w:sz w:val="24"/>
        </w:rPr>
        <w:t>товар</w:t>
      </w:r>
      <w:proofErr w:type="spellEnd"/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1587"/>
        <w:gridCol w:w="1247"/>
        <w:gridCol w:w="1701"/>
      </w:tblGrid>
      <w:tr w:rsidR="00475813" w14:paraId="7522086C" w14:textId="77777777">
        <w:tc>
          <w:tcPr>
            <w:tcW w:w="567" w:type="dxa"/>
            <w:shd w:val="clear" w:color="auto" w:fill="E7E6E6"/>
          </w:tcPr>
          <w:p w14:paraId="68A11875" w14:textId="77777777" w:rsidR="00475813" w:rsidRDefault="00000000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4535" w:type="dxa"/>
            <w:shd w:val="clear" w:color="auto" w:fill="E7E6E6"/>
          </w:tcPr>
          <w:p w14:paraId="073426B6" w14:textId="77777777" w:rsidR="00475813" w:rsidRDefault="00000000">
            <w:pPr>
              <w:jc w:val="center"/>
            </w:pPr>
            <w:r>
              <w:rPr>
                <w:b/>
              </w:rPr>
              <w:t>Наименование товара</w:t>
            </w:r>
          </w:p>
        </w:tc>
        <w:tc>
          <w:tcPr>
            <w:tcW w:w="1587" w:type="dxa"/>
            <w:shd w:val="clear" w:color="auto" w:fill="E7E6E6"/>
          </w:tcPr>
          <w:p w14:paraId="76BDBE4C" w14:textId="77777777" w:rsidR="00475813" w:rsidRDefault="00000000">
            <w:pPr>
              <w:jc w:val="center"/>
            </w:pPr>
            <w:r>
              <w:rPr>
                <w:b/>
              </w:rPr>
              <w:t>Количество</w:t>
            </w:r>
          </w:p>
        </w:tc>
        <w:tc>
          <w:tcPr>
            <w:tcW w:w="1247" w:type="dxa"/>
            <w:shd w:val="clear" w:color="auto" w:fill="E7E6E6"/>
          </w:tcPr>
          <w:p w14:paraId="683A73ED" w14:textId="77777777" w:rsidR="00475813" w:rsidRDefault="00000000">
            <w:pPr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w="1701" w:type="dxa"/>
            <w:shd w:val="clear" w:color="auto" w:fill="E7E6E6"/>
          </w:tcPr>
          <w:p w14:paraId="257E30C7" w14:textId="77777777" w:rsidR="00475813" w:rsidRDefault="00000000">
            <w:pPr>
              <w:jc w:val="center"/>
            </w:pPr>
            <w:r>
              <w:rPr>
                <w:b/>
              </w:rPr>
              <w:t>Примечание</w:t>
            </w:r>
          </w:p>
        </w:tc>
      </w:tr>
      <w:tr w:rsidR="00475813" w14:paraId="1CFCD651" w14:textId="77777777">
        <w:trPr>
          <w:trHeight w:val="351"/>
        </w:trPr>
        <w:tc>
          <w:tcPr>
            <w:tcW w:w="567" w:type="dxa"/>
          </w:tcPr>
          <w:p w14:paraId="35AA1809" w14:textId="77777777" w:rsidR="00475813" w:rsidRDefault="00000000">
            <w:pPr>
              <w:jc w:val="center"/>
            </w:pPr>
            <w:r>
              <w:t>1</w:t>
            </w:r>
          </w:p>
        </w:tc>
        <w:tc>
          <w:tcPr>
            <w:tcW w:w="4535" w:type="dxa"/>
          </w:tcPr>
          <w:p w14:paraId="5968F466" w14:textId="77777777" w:rsidR="00475813" w:rsidRDefault="00475813"/>
        </w:tc>
        <w:tc>
          <w:tcPr>
            <w:tcW w:w="1587" w:type="dxa"/>
          </w:tcPr>
          <w:p w14:paraId="2A74D2CF" w14:textId="77777777" w:rsidR="00475813" w:rsidRDefault="00475813"/>
        </w:tc>
        <w:tc>
          <w:tcPr>
            <w:tcW w:w="1247" w:type="dxa"/>
          </w:tcPr>
          <w:p w14:paraId="5EC81C4D" w14:textId="77777777" w:rsidR="00475813" w:rsidRDefault="00475813"/>
        </w:tc>
        <w:tc>
          <w:tcPr>
            <w:tcW w:w="1701" w:type="dxa"/>
          </w:tcPr>
          <w:p w14:paraId="3DF28C4A" w14:textId="77777777" w:rsidR="00475813" w:rsidRDefault="00475813"/>
        </w:tc>
      </w:tr>
      <w:tr w:rsidR="00475813" w14:paraId="395949F4" w14:textId="77777777">
        <w:trPr>
          <w:trHeight w:val="351"/>
        </w:trPr>
        <w:tc>
          <w:tcPr>
            <w:tcW w:w="567" w:type="dxa"/>
          </w:tcPr>
          <w:p w14:paraId="2AB69654" w14:textId="77777777" w:rsidR="00475813" w:rsidRDefault="00000000">
            <w:pPr>
              <w:jc w:val="center"/>
            </w:pPr>
            <w:r>
              <w:t>2</w:t>
            </w:r>
          </w:p>
        </w:tc>
        <w:tc>
          <w:tcPr>
            <w:tcW w:w="4535" w:type="dxa"/>
          </w:tcPr>
          <w:p w14:paraId="39B1D122" w14:textId="77777777" w:rsidR="00475813" w:rsidRDefault="00475813"/>
        </w:tc>
        <w:tc>
          <w:tcPr>
            <w:tcW w:w="1587" w:type="dxa"/>
          </w:tcPr>
          <w:p w14:paraId="75B0DD2A" w14:textId="77777777" w:rsidR="00475813" w:rsidRDefault="00475813"/>
        </w:tc>
        <w:tc>
          <w:tcPr>
            <w:tcW w:w="1247" w:type="dxa"/>
          </w:tcPr>
          <w:p w14:paraId="1D218FF8" w14:textId="77777777" w:rsidR="00475813" w:rsidRDefault="00475813"/>
        </w:tc>
        <w:tc>
          <w:tcPr>
            <w:tcW w:w="1701" w:type="dxa"/>
          </w:tcPr>
          <w:p w14:paraId="2B9CCC60" w14:textId="77777777" w:rsidR="00475813" w:rsidRDefault="00475813"/>
        </w:tc>
      </w:tr>
      <w:tr w:rsidR="00475813" w14:paraId="11BC83B1" w14:textId="77777777">
        <w:trPr>
          <w:trHeight w:val="351"/>
        </w:trPr>
        <w:tc>
          <w:tcPr>
            <w:tcW w:w="567" w:type="dxa"/>
          </w:tcPr>
          <w:p w14:paraId="3176EFA1" w14:textId="77777777" w:rsidR="00475813" w:rsidRDefault="00000000">
            <w:pPr>
              <w:jc w:val="center"/>
            </w:pPr>
            <w:r>
              <w:t>3</w:t>
            </w:r>
          </w:p>
        </w:tc>
        <w:tc>
          <w:tcPr>
            <w:tcW w:w="4535" w:type="dxa"/>
          </w:tcPr>
          <w:p w14:paraId="3AD3D319" w14:textId="77777777" w:rsidR="00475813" w:rsidRDefault="00475813"/>
        </w:tc>
        <w:tc>
          <w:tcPr>
            <w:tcW w:w="1587" w:type="dxa"/>
          </w:tcPr>
          <w:p w14:paraId="6B56373A" w14:textId="77777777" w:rsidR="00475813" w:rsidRDefault="00475813"/>
        </w:tc>
        <w:tc>
          <w:tcPr>
            <w:tcW w:w="1247" w:type="dxa"/>
          </w:tcPr>
          <w:p w14:paraId="6591A168" w14:textId="77777777" w:rsidR="00475813" w:rsidRDefault="00475813"/>
        </w:tc>
        <w:tc>
          <w:tcPr>
            <w:tcW w:w="1701" w:type="dxa"/>
          </w:tcPr>
          <w:p w14:paraId="1EE9FDDB" w14:textId="77777777" w:rsidR="00475813" w:rsidRDefault="00475813"/>
        </w:tc>
      </w:tr>
      <w:tr w:rsidR="00475813" w14:paraId="49BB03C3" w14:textId="77777777">
        <w:trPr>
          <w:trHeight w:val="351"/>
        </w:trPr>
        <w:tc>
          <w:tcPr>
            <w:tcW w:w="567" w:type="dxa"/>
          </w:tcPr>
          <w:p w14:paraId="0814DB92" w14:textId="77777777" w:rsidR="00475813" w:rsidRDefault="00000000">
            <w:pPr>
              <w:jc w:val="center"/>
            </w:pPr>
            <w:r>
              <w:t>4</w:t>
            </w:r>
          </w:p>
        </w:tc>
        <w:tc>
          <w:tcPr>
            <w:tcW w:w="4535" w:type="dxa"/>
          </w:tcPr>
          <w:p w14:paraId="23382158" w14:textId="77777777" w:rsidR="00475813" w:rsidRDefault="00475813"/>
        </w:tc>
        <w:tc>
          <w:tcPr>
            <w:tcW w:w="1587" w:type="dxa"/>
          </w:tcPr>
          <w:p w14:paraId="3B63F460" w14:textId="77777777" w:rsidR="00475813" w:rsidRDefault="00475813"/>
        </w:tc>
        <w:tc>
          <w:tcPr>
            <w:tcW w:w="1247" w:type="dxa"/>
          </w:tcPr>
          <w:p w14:paraId="04A2E4B0" w14:textId="77777777" w:rsidR="00475813" w:rsidRDefault="00475813"/>
        </w:tc>
        <w:tc>
          <w:tcPr>
            <w:tcW w:w="1701" w:type="dxa"/>
          </w:tcPr>
          <w:p w14:paraId="782BF74C" w14:textId="77777777" w:rsidR="00475813" w:rsidRDefault="00475813"/>
        </w:tc>
      </w:tr>
      <w:tr w:rsidR="00475813" w14:paraId="08385C90" w14:textId="77777777">
        <w:trPr>
          <w:trHeight w:val="351"/>
        </w:trPr>
        <w:tc>
          <w:tcPr>
            <w:tcW w:w="567" w:type="dxa"/>
          </w:tcPr>
          <w:p w14:paraId="268C31EC" w14:textId="77777777" w:rsidR="00475813" w:rsidRDefault="00000000">
            <w:pPr>
              <w:jc w:val="center"/>
            </w:pPr>
            <w:r>
              <w:t>5</w:t>
            </w:r>
          </w:p>
        </w:tc>
        <w:tc>
          <w:tcPr>
            <w:tcW w:w="4535" w:type="dxa"/>
          </w:tcPr>
          <w:p w14:paraId="6B63FBA8" w14:textId="77777777" w:rsidR="00475813" w:rsidRDefault="00475813"/>
        </w:tc>
        <w:tc>
          <w:tcPr>
            <w:tcW w:w="1587" w:type="dxa"/>
          </w:tcPr>
          <w:p w14:paraId="75BA3C76" w14:textId="77777777" w:rsidR="00475813" w:rsidRDefault="00475813"/>
        </w:tc>
        <w:tc>
          <w:tcPr>
            <w:tcW w:w="1247" w:type="dxa"/>
          </w:tcPr>
          <w:p w14:paraId="04AE7262" w14:textId="77777777" w:rsidR="00475813" w:rsidRDefault="00475813"/>
        </w:tc>
        <w:tc>
          <w:tcPr>
            <w:tcW w:w="1701" w:type="dxa"/>
          </w:tcPr>
          <w:p w14:paraId="3366C24A" w14:textId="77777777" w:rsidR="00475813" w:rsidRDefault="00475813"/>
        </w:tc>
      </w:tr>
    </w:tbl>
    <w:p w14:paraId="7543C552" w14:textId="77777777" w:rsidR="00475813" w:rsidRDefault="00000000">
      <w:pPr>
        <w:spacing w:before="180" w:after="60"/>
      </w:pPr>
      <w:r>
        <w:rPr>
          <w:b/>
          <w:sz w:val="24"/>
        </w:rPr>
        <w:t>3. Адрес доставки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5953"/>
      </w:tblGrid>
      <w:tr w:rsidR="00475813" w14:paraId="3034DDFE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43F5BFCB" w14:textId="77777777" w:rsidR="00475813" w:rsidRDefault="00000000">
            <w:r>
              <w:t>Страна, город / населённый пункт</w:t>
            </w:r>
          </w:p>
        </w:tc>
        <w:tc>
          <w:tcPr>
            <w:tcW w:w="5953" w:type="dxa"/>
          </w:tcPr>
          <w:p w14:paraId="45CBA2E4" w14:textId="77777777" w:rsidR="00475813" w:rsidRDefault="00475813"/>
        </w:tc>
      </w:tr>
      <w:tr w:rsidR="00475813" w:rsidRPr="00446ACA" w14:paraId="026D5B1F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773538F4" w14:textId="07A294A4" w:rsidR="00475813" w:rsidRPr="00446ACA" w:rsidRDefault="00000000">
            <w:pPr>
              <w:rPr>
                <w:lang w:val="ru-RU"/>
              </w:rPr>
            </w:pPr>
            <w:r w:rsidRPr="00446ACA">
              <w:rPr>
                <w:lang w:val="ru-RU"/>
              </w:rPr>
              <w:t>Адрес (склад, порт, терминал)</w:t>
            </w:r>
          </w:p>
        </w:tc>
        <w:tc>
          <w:tcPr>
            <w:tcW w:w="5953" w:type="dxa"/>
          </w:tcPr>
          <w:p w14:paraId="4FD6E71E" w14:textId="77777777" w:rsidR="00475813" w:rsidRPr="00446ACA" w:rsidRDefault="00475813">
            <w:pPr>
              <w:rPr>
                <w:lang w:val="ru-RU"/>
              </w:rPr>
            </w:pPr>
          </w:p>
        </w:tc>
      </w:tr>
      <w:tr w:rsidR="00475813" w:rsidRPr="00446ACA" w14:paraId="75040C8E" w14:textId="77777777">
        <w:trPr>
          <w:trHeight w:val="351"/>
        </w:trPr>
        <w:tc>
          <w:tcPr>
            <w:tcW w:w="3685" w:type="dxa"/>
            <w:shd w:val="clear" w:color="auto" w:fill="F2F2F2"/>
          </w:tcPr>
          <w:p w14:paraId="384D52FC" w14:textId="77777777" w:rsidR="00475813" w:rsidRPr="00446ACA" w:rsidRDefault="00000000">
            <w:pPr>
              <w:rPr>
                <w:lang w:val="ru-RU"/>
              </w:rPr>
            </w:pPr>
            <w:r w:rsidRPr="00446ACA">
              <w:rPr>
                <w:lang w:val="ru-RU"/>
              </w:rPr>
              <w:t>Контактное лицо на месте приёмки, телефон</w:t>
            </w:r>
          </w:p>
        </w:tc>
        <w:tc>
          <w:tcPr>
            <w:tcW w:w="5953" w:type="dxa"/>
          </w:tcPr>
          <w:p w14:paraId="09755329" w14:textId="77777777" w:rsidR="00475813" w:rsidRPr="00446ACA" w:rsidRDefault="00475813">
            <w:pPr>
              <w:rPr>
                <w:lang w:val="ru-RU"/>
              </w:rPr>
            </w:pPr>
          </w:p>
        </w:tc>
      </w:tr>
    </w:tbl>
    <w:p w14:paraId="7421B1D4" w14:textId="64DE7A46" w:rsidR="008E6103" w:rsidRDefault="00000000">
      <w:pPr>
        <w:spacing w:before="180" w:after="60"/>
        <w:rPr>
          <w:b/>
          <w:sz w:val="24"/>
          <w:lang w:val="ru-RU"/>
        </w:rPr>
      </w:pPr>
      <w:r w:rsidRPr="00446ACA">
        <w:rPr>
          <w:b/>
          <w:sz w:val="24"/>
          <w:lang w:val="ru-RU"/>
        </w:rPr>
        <w:t xml:space="preserve">4. </w:t>
      </w:r>
      <w:r w:rsidR="008E6103">
        <w:rPr>
          <w:b/>
          <w:sz w:val="24"/>
          <w:lang w:val="ru-RU"/>
        </w:rPr>
        <w:t>Способ поставки</w:t>
      </w:r>
    </w:p>
    <w:p w14:paraId="710B8068" w14:textId="4B3555AC" w:rsidR="00446ACA" w:rsidRPr="008E6103" w:rsidRDefault="008E6103">
      <w:pPr>
        <w:spacing w:before="180" w:after="60"/>
        <w:rPr>
          <w:b/>
          <w:sz w:val="24"/>
          <w:lang w:val="ru-RU"/>
        </w:rPr>
      </w:pPr>
      <w:r>
        <w:rPr>
          <w:b/>
          <w:sz w:val="24"/>
          <w:lang w:val="ru-RU"/>
        </w:rPr>
        <w:t>А</w:t>
      </w:r>
      <w:r w:rsidRPr="008E6103">
        <w:rPr>
          <w:b/>
          <w:sz w:val="24"/>
          <w:lang w:val="ru-RU"/>
        </w:rPr>
        <w:t xml:space="preserve">: </w:t>
      </w:r>
      <w:r>
        <w:rPr>
          <w:b/>
          <w:sz w:val="24"/>
          <w:lang w:val="ru-RU"/>
        </w:rPr>
        <w:t xml:space="preserve">Самовывоз (указать вид транспорта, </w:t>
      </w:r>
      <w:r>
        <w:rPr>
          <w:b/>
          <w:sz w:val="24"/>
          <w:lang w:val="ru-RU"/>
        </w:rPr>
        <w:t>тоннаж</w:t>
      </w:r>
      <w:r>
        <w:rPr>
          <w:b/>
          <w:sz w:val="24"/>
          <w:lang w:val="ru-RU"/>
        </w:rPr>
        <w:t>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6ACA" w:rsidRPr="008E6103" w14:paraId="7E91970B" w14:textId="77777777" w:rsidTr="008E6103">
        <w:trPr>
          <w:trHeight w:val="453"/>
        </w:trPr>
        <w:tc>
          <w:tcPr>
            <w:tcW w:w="9747" w:type="dxa"/>
          </w:tcPr>
          <w:p w14:paraId="75BD69D2" w14:textId="77777777" w:rsidR="00446ACA" w:rsidRPr="008E6103" w:rsidRDefault="00446ACA">
            <w:pPr>
              <w:spacing w:before="200"/>
              <w:rPr>
                <w:lang w:val="ru-RU"/>
              </w:rPr>
            </w:pPr>
          </w:p>
        </w:tc>
      </w:tr>
    </w:tbl>
    <w:p w14:paraId="1E9FBD8F" w14:textId="5FC0A825" w:rsidR="00475813" w:rsidRDefault="008E6103">
      <w:pPr>
        <w:spacing w:before="200"/>
        <w:rPr>
          <w:b/>
          <w:bCs/>
          <w:sz w:val="24"/>
          <w:szCs w:val="24"/>
          <w:lang w:val="ru-RU"/>
        </w:rPr>
      </w:pPr>
      <w:r w:rsidRPr="008E6103">
        <w:rPr>
          <w:b/>
          <w:bCs/>
          <w:sz w:val="24"/>
          <w:szCs w:val="24"/>
          <w:lang w:val="ru-RU"/>
        </w:rPr>
        <w:t>Б: Доставка силами поставщика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E6103" w14:paraId="05789D0D" w14:textId="77777777" w:rsidTr="008E6103">
        <w:tc>
          <w:tcPr>
            <w:tcW w:w="9747" w:type="dxa"/>
          </w:tcPr>
          <w:p w14:paraId="5690A0E0" w14:textId="77777777" w:rsidR="008E6103" w:rsidRDefault="008E6103">
            <w:pPr>
              <w:spacing w:before="20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34299E83" w14:textId="77777777" w:rsidR="008E6103" w:rsidRPr="008E6103" w:rsidRDefault="008E6103">
      <w:pPr>
        <w:spacing w:before="200"/>
        <w:rPr>
          <w:b/>
          <w:bCs/>
          <w:sz w:val="24"/>
          <w:szCs w:val="24"/>
          <w:lang w:val="ru-RU"/>
        </w:rPr>
      </w:pPr>
    </w:p>
    <w:sectPr w:rsidR="008E6103" w:rsidRPr="008E6103" w:rsidSect="00034616">
      <w:pgSz w:w="11906" w:h="16838"/>
      <w:pgMar w:top="680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117539">
    <w:abstractNumId w:val="8"/>
  </w:num>
  <w:num w:numId="2" w16cid:durableId="1597053792">
    <w:abstractNumId w:val="6"/>
  </w:num>
  <w:num w:numId="3" w16cid:durableId="665013438">
    <w:abstractNumId w:val="5"/>
  </w:num>
  <w:num w:numId="4" w16cid:durableId="1754283254">
    <w:abstractNumId w:val="4"/>
  </w:num>
  <w:num w:numId="5" w16cid:durableId="927689891">
    <w:abstractNumId w:val="7"/>
  </w:num>
  <w:num w:numId="6" w16cid:durableId="776485630">
    <w:abstractNumId w:val="3"/>
  </w:num>
  <w:num w:numId="7" w16cid:durableId="1694648063">
    <w:abstractNumId w:val="2"/>
  </w:num>
  <w:num w:numId="8" w16cid:durableId="437453082">
    <w:abstractNumId w:val="1"/>
  </w:num>
  <w:num w:numId="9" w16cid:durableId="108403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7068"/>
    <w:rsid w:val="0029639D"/>
    <w:rsid w:val="00326F90"/>
    <w:rsid w:val="00446ACA"/>
    <w:rsid w:val="00475813"/>
    <w:rsid w:val="008E6103"/>
    <w:rsid w:val="00AA1D8D"/>
    <w:rsid w:val="00B47730"/>
    <w:rsid w:val="00BD19A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660F2"/>
  <w14:defaultImageDpi w14:val="300"/>
  <w15:docId w15:val="{05877970-13E5-1C4E-8FAB-35C5B238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t67702</cp:lastModifiedBy>
  <cp:revision>2</cp:revision>
  <dcterms:created xsi:type="dcterms:W3CDTF">2026-11-03T12:06:00Z</dcterms:created>
  <dcterms:modified xsi:type="dcterms:W3CDTF">2026-11-03T12:06:00Z</dcterms:modified>
  <cp:category/>
</cp:coreProperties>
</file>